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783F5" w14:textId="7E96AB58" w:rsidR="00FC4C02" w:rsidRDefault="00FC4C02" w:rsidP="00FC4C02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24FA3AE5" w14:textId="6357948F" w:rsidR="00466778" w:rsidRPr="00D37928" w:rsidRDefault="00D37928" w:rsidP="00D37928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sz w:val="28"/>
          <w:szCs w:val="28"/>
          <w:lang w:val="es-CL" w:eastAsia="es-CL"/>
        </w:rPr>
      </w:pPr>
      <w:r w:rsidRPr="00D37928">
        <w:rPr>
          <w:rFonts w:asciiTheme="majorHAnsi" w:eastAsia="Times New Roman" w:hAnsiTheme="majorHAnsi" w:cstheme="majorHAnsi"/>
          <w:b/>
          <w:bCs/>
          <w:sz w:val="28"/>
          <w:szCs w:val="28"/>
          <w:lang w:val="es-CL" w:eastAsia="es-CL"/>
        </w:rPr>
        <w:t xml:space="preserve">CIRCULAR </w:t>
      </w:r>
      <w:proofErr w:type="spellStart"/>
      <w:r w:rsidRPr="00D37928">
        <w:rPr>
          <w:rFonts w:asciiTheme="majorHAnsi" w:eastAsia="Times New Roman" w:hAnsiTheme="majorHAnsi" w:cstheme="majorHAnsi"/>
          <w:b/>
          <w:bCs/>
          <w:sz w:val="28"/>
          <w:szCs w:val="28"/>
          <w:lang w:val="es-CL" w:eastAsia="es-CL"/>
        </w:rPr>
        <w:t>N°</w:t>
      </w:r>
      <w:proofErr w:type="spellEnd"/>
      <w:r w:rsidRPr="00D37928">
        <w:rPr>
          <w:rFonts w:asciiTheme="majorHAnsi" w:eastAsia="Times New Roman" w:hAnsiTheme="majorHAnsi" w:cstheme="majorHAnsi"/>
          <w:b/>
          <w:bCs/>
          <w:sz w:val="28"/>
          <w:szCs w:val="28"/>
          <w:lang w:val="es-CL" w:eastAsia="es-CL"/>
        </w:rPr>
        <w:t xml:space="preserve"> 13</w:t>
      </w:r>
    </w:p>
    <w:p w14:paraId="23A599BC" w14:textId="798BC760" w:rsidR="00D37928" w:rsidRPr="00D37928" w:rsidRDefault="00D37928" w:rsidP="00D37928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sz w:val="28"/>
          <w:szCs w:val="28"/>
          <w:lang w:val="es-CL" w:eastAsia="es-CL"/>
        </w:rPr>
      </w:pPr>
      <w:r w:rsidRPr="00D37928">
        <w:rPr>
          <w:rFonts w:asciiTheme="majorHAnsi" w:eastAsia="Times New Roman" w:hAnsiTheme="majorHAnsi" w:cstheme="majorHAnsi"/>
          <w:b/>
          <w:bCs/>
          <w:sz w:val="28"/>
          <w:szCs w:val="28"/>
          <w:lang w:val="es-CL" w:eastAsia="es-CL"/>
        </w:rPr>
        <w:t>ACTUALIZACIÓN REGLAMENTO INTERNO Y DE CONVIVENCIA ESCOLAR</w:t>
      </w:r>
    </w:p>
    <w:p w14:paraId="6CCF726B" w14:textId="77777777" w:rsidR="00D37928" w:rsidRPr="00D37928" w:rsidRDefault="00D37928" w:rsidP="00D37928">
      <w:pPr>
        <w:spacing w:after="0" w:line="240" w:lineRule="auto"/>
        <w:jc w:val="center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582E12C2" w14:textId="56C02EEE" w:rsidR="006E7793" w:rsidRDefault="006E7793" w:rsidP="006E7793">
      <w:pPr>
        <w:spacing w:after="0" w:line="240" w:lineRule="auto"/>
        <w:jc w:val="right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Paine, 30 de Junio de 2026</w:t>
      </w:r>
    </w:p>
    <w:p w14:paraId="0288F25C" w14:textId="77777777" w:rsidR="006E7793" w:rsidRDefault="006E7793" w:rsidP="006E7793">
      <w:pPr>
        <w:spacing w:after="0" w:line="240" w:lineRule="auto"/>
        <w:jc w:val="right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1FEA38A9" w14:textId="092E8196" w:rsidR="00D37928" w:rsidRPr="00D37928" w:rsidRDefault="00D37928" w:rsidP="006E7793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Estimadas familias, estudiantes, funcionarios y miembros de la comunidad educativa del Colegio San Sebastián de Paine:</w:t>
      </w:r>
    </w:p>
    <w:p w14:paraId="0BEBC7D5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778C6550" w14:textId="5CC44731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Junto con saludarles cordialmente, informamos que ya se encuentra disponible en nuestra página web institucional</w:t>
      </w:r>
      <w:r w:rsidR="00983235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 xml:space="preserve"> (</w:t>
      </w:r>
      <w:hyperlink r:id="rId8" w:history="1">
        <w:r w:rsidR="00983235" w:rsidRPr="00734D60">
          <w:rPr>
            <w:rStyle w:val="Hipervnculo"/>
            <w:rFonts w:asciiTheme="majorHAnsi" w:eastAsia="Times New Roman" w:hAnsiTheme="majorHAnsi" w:cstheme="majorHAnsi"/>
            <w:sz w:val="24"/>
            <w:szCs w:val="24"/>
            <w:lang w:val="es-CL" w:eastAsia="es-CL"/>
          </w:rPr>
          <w:t>www.colegiosansebastian.cl</w:t>
        </w:r>
      </w:hyperlink>
      <w:r w:rsidR="00983235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 xml:space="preserve">) </w:t>
      </w: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 xml:space="preserve"> la versión actualizada del Reglamento Interno y de Convivencia Escolar (RICE).</w:t>
      </w:r>
    </w:p>
    <w:p w14:paraId="02FAD00D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6017978F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Esta actualización ha sido realizada conforme a la normativa educacional vigente y a las orientaciones emitidas por el Ministerio de Educación y la Superintendencia de Educación, incorporando las adecuaciones necesarias para fortalecer una convivencia escolar basada en el respeto, el buen trato, la inclusión, la participación y la protección de los derechos de todos los integrantes de nuestra comunidad educativa.</w:t>
      </w:r>
    </w:p>
    <w:p w14:paraId="4DF85AAB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041E3F91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El Reglamento Interno y de Convivencia Escolar constituye el principal instrumento que regula la organización y el funcionamiento del establecimiento, estableciendo los derechos, deberes, procedimientos, protocolos y medidas orientadas a promover un ambiente educativo seguro, respetuoso y propicio para el aprendizaje.</w:t>
      </w:r>
    </w:p>
    <w:p w14:paraId="6658D0A0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17793F65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Invitamos a todos los integrantes de nuestra comunidad educativa a revisar detenidamente este documento, disponible para su consulta permanente en la página web del colegio, en el apartado "Reglamento Interno y de Convivencia Escolar", con el fin de conocer las actualizaciones incorporadas y contribuir al cumplimiento de las normas que favorecen una sana convivencia.</w:t>
      </w:r>
    </w:p>
    <w:p w14:paraId="0CF9035A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2181D57E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Agradecemos, como siempre, el compromiso y la colaboración de cada familia y funcionario en la construcción de una comunidad educativa que promueva el respeto mutuo, el diálogo y el bienestar de nuestros estudiantes.</w:t>
      </w:r>
    </w:p>
    <w:p w14:paraId="0CE80769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Ante cualquier consulta relacionada con el contenido del reglamento, pueden comunicarse con la Dirección del establecimiento o con el Equipo de Convivencia Escolar a través de los canales oficiales de comunicación.</w:t>
      </w:r>
    </w:p>
    <w:p w14:paraId="1D23159F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3C71094F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  <w:t>Reciban un cordial saludo.</w:t>
      </w:r>
    </w:p>
    <w:p w14:paraId="56A2301F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s-CL" w:eastAsia="es-CL"/>
        </w:rPr>
      </w:pPr>
    </w:p>
    <w:p w14:paraId="577EDE16" w14:textId="77777777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b/>
          <w:bCs/>
          <w:sz w:val="24"/>
          <w:szCs w:val="24"/>
          <w:lang w:val="es-CL" w:eastAsia="es-CL"/>
        </w:rPr>
        <w:t>Dirección</w:t>
      </w:r>
    </w:p>
    <w:p w14:paraId="6813709D" w14:textId="391AC949" w:rsidR="00D37928" w:rsidRPr="00D37928" w:rsidRDefault="00D37928" w:rsidP="00D37928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sz w:val="24"/>
          <w:szCs w:val="24"/>
          <w:lang w:val="es-CL" w:eastAsia="es-CL"/>
        </w:rPr>
      </w:pPr>
      <w:r w:rsidRPr="00D37928">
        <w:rPr>
          <w:rFonts w:asciiTheme="majorHAnsi" w:eastAsia="Times New Roman" w:hAnsiTheme="majorHAnsi" w:cstheme="majorHAnsi"/>
          <w:b/>
          <w:bCs/>
          <w:sz w:val="24"/>
          <w:szCs w:val="24"/>
          <w:lang w:val="es-CL" w:eastAsia="es-CL"/>
        </w:rPr>
        <w:t>Colegio San Sebastián de Paine</w:t>
      </w:r>
    </w:p>
    <w:sectPr w:rsidR="00D37928" w:rsidRPr="00D37928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08727" w14:textId="77777777" w:rsidR="000B1A7A" w:rsidRDefault="000B1A7A" w:rsidP="00FC182B">
      <w:pPr>
        <w:spacing w:after="0" w:line="240" w:lineRule="auto"/>
      </w:pPr>
      <w:r>
        <w:separator/>
      </w:r>
    </w:p>
  </w:endnote>
  <w:endnote w:type="continuationSeparator" w:id="0">
    <w:p w14:paraId="5FA35260" w14:textId="77777777" w:rsidR="000B1A7A" w:rsidRDefault="000B1A7A" w:rsidP="00FC1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C5B65" w14:textId="77777777" w:rsidR="000B1A7A" w:rsidRDefault="000B1A7A" w:rsidP="00FC182B">
      <w:pPr>
        <w:spacing w:after="0" w:line="240" w:lineRule="auto"/>
      </w:pPr>
      <w:r>
        <w:separator/>
      </w:r>
    </w:p>
  </w:footnote>
  <w:footnote w:type="continuationSeparator" w:id="0">
    <w:p w14:paraId="48BC680C" w14:textId="77777777" w:rsidR="000B1A7A" w:rsidRDefault="000B1A7A" w:rsidP="00FC1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6C9D0" w14:textId="77777777" w:rsidR="00FC182B" w:rsidRDefault="00FC182B" w:rsidP="00FC182B">
    <w:pPr>
      <w:spacing w:after="0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0FD6CCF" wp14:editId="20DE9544">
          <wp:simplePos x="0" y="0"/>
          <wp:positionH relativeFrom="column">
            <wp:posOffset>95250</wp:posOffset>
          </wp:positionH>
          <wp:positionV relativeFrom="paragraph">
            <wp:posOffset>-38100</wp:posOffset>
          </wp:positionV>
          <wp:extent cx="518160" cy="737870"/>
          <wp:effectExtent l="0" t="0" r="0" b="5080"/>
          <wp:wrapNone/>
          <wp:docPr id="1814066442" name="Imagen 1" descr="Imagen que contiene botella, firmar, alimentos, monitor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6852169" name="Imagen 1" descr="Imagen que contiene botella, firmar, alimentos, monitor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8160" cy="737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6160" behindDoc="1" locked="0" layoutInCell="1" allowOverlap="1" wp14:anchorId="3FCD479B" wp14:editId="350EAA95">
          <wp:simplePos x="0" y="0"/>
          <wp:positionH relativeFrom="column">
            <wp:posOffset>4819650</wp:posOffset>
          </wp:positionH>
          <wp:positionV relativeFrom="paragraph">
            <wp:posOffset>-190500</wp:posOffset>
          </wp:positionV>
          <wp:extent cx="780415" cy="975360"/>
          <wp:effectExtent l="0" t="0" r="635" b="0"/>
          <wp:wrapNone/>
          <wp:docPr id="302010507" name="Imagen 2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107959" name="Imagen 2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415" cy="975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 xml:space="preserve">                      Colegio San Sebastián</w:t>
    </w:r>
  </w:p>
  <w:p w14:paraId="5C2E1218" w14:textId="08958865" w:rsidR="00FC182B" w:rsidRDefault="00FC182B" w:rsidP="00FC182B">
    <w:pPr>
      <w:spacing w:after="0"/>
    </w:pPr>
    <w:r>
      <w:t xml:space="preserve">                       En Alianza con la Familia </w:t>
    </w:r>
    <w:r>
      <w:br/>
    </w:r>
  </w:p>
  <w:p w14:paraId="5DA4F057" w14:textId="77777777" w:rsidR="00FC182B" w:rsidRDefault="00FC18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724728"/>
    <w:multiLevelType w:val="multilevel"/>
    <w:tmpl w:val="3D4AA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7C428F2"/>
    <w:multiLevelType w:val="multilevel"/>
    <w:tmpl w:val="F9500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A54E00"/>
    <w:multiLevelType w:val="multilevel"/>
    <w:tmpl w:val="41720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E93E3E"/>
    <w:multiLevelType w:val="multilevel"/>
    <w:tmpl w:val="03B0C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B836316"/>
    <w:multiLevelType w:val="multilevel"/>
    <w:tmpl w:val="0B807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E47703D"/>
    <w:multiLevelType w:val="hybridMultilevel"/>
    <w:tmpl w:val="61320F4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C72651"/>
    <w:multiLevelType w:val="multilevel"/>
    <w:tmpl w:val="6DC24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36D6759"/>
    <w:multiLevelType w:val="multilevel"/>
    <w:tmpl w:val="3B429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48C6E69"/>
    <w:multiLevelType w:val="multilevel"/>
    <w:tmpl w:val="DDF4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FF07925"/>
    <w:multiLevelType w:val="multilevel"/>
    <w:tmpl w:val="B70E1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216BC8"/>
    <w:multiLevelType w:val="multilevel"/>
    <w:tmpl w:val="42761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156B6F"/>
    <w:multiLevelType w:val="multilevel"/>
    <w:tmpl w:val="A8843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B90B05"/>
    <w:multiLevelType w:val="multilevel"/>
    <w:tmpl w:val="C8587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C03753"/>
    <w:multiLevelType w:val="multilevel"/>
    <w:tmpl w:val="762AB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B24B89"/>
    <w:multiLevelType w:val="multilevel"/>
    <w:tmpl w:val="1C182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FE61968"/>
    <w:multiLevelType w:val="multilevel"/>
    <w:tmpl w:val="C95A3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7C1776"/>
    <w:multiLevelType w:val="multilevel"/>
    <w:tmpl w:val="85D6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CE03B2"/>
    <w:multiLevelType w:val="hybridMultilevel"/>
    <w:tmpl w:val="D46E3B2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CF43AF"/>
    <w:multiLevelType w:val="multilevel"/>
    <w:tmpl w:val="C4CC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BF7834"/>
    <w:multiLevelType w:val="multilevel"/>
    <w:tmpl w:val="7FD0E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1A03C8"/>
    <w:multiLevelType w:val="multilevel"/>
    <w:tmpl w:val="7756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E64B04"/>
    <w:multiLevelType w:val="multilevel"/>
    <w:tmpl w:val="1BB4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097789"/>
    <w:multiLevelType w:val="multilevel"/>
    <w:tmpl w:val="3E2E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6E0AE9"/>
    <w:multiLevelType w:val="multilevel"/>
    <w:tmpl w:val="59766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7E2CE2"/>
    <w:multiLevelType w:val="multilevel"/>
    <w:tmpl w:val="0A06D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3D03D61"/>
    <w:multiLevelType w:val="multilevel"/>
    <w:tmpl w:val="E1F4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8D1E7B"/>
    <w:multiLevelType w:val="multilevel"/>
    <w:tmpl w:val="2DC6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E683793"/>
    <w:multiLevelType w:val="multilevel"/>
    <w:tmpl w:val="887A3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7779531">
    <w:abstractNumId w:val="8"/>
  </w:num>
  <w:num w:numId="2" w16cid:durableId="302345438">
    <w:abstractNumId w:val="6"/>
  </w:num>
  <w:num w:numId="3" w16cid:durableId="1014386211">
    <w:abstractNumId w:val="5"/>
  </w:num>
  <w:num w:numId="4" w16cid:durableId="1568152600">
    <w:abstractNumId w:val="4"/>
  </w:num>
  <w:num w:numId="5" w16cid:durableId="1249147784">
    <w:abstractNumId w:val="7"/>
  </w:num>
  <w:num w:numId="6" w16cid:durableId="1125348499">
    <w:abstractNumId w:val="3"/>
  </w:num>
  <w:num w:numId="7" w16cid:durableId="1748914103">
    <w:abstractNumId w:val="2"/>
  </w:num>
  <w:num w:numId="8" w16cid:durableId="712312346">
    <w:abstractNumId w:val="1"/>
  </w:num>
  <w:num w:numId="9" w16cid:durableId="159780586">
    <w:abstractNumId w:val="0"/>
  </w:num>
  <w:num w:numId="10" w16cid:durableId="1442991884">
    <w:abstractNumId w:val="26"/>
  </w:num>
  <w:num w:numId="11" w16cid:durableId="950011000">
    <w:abstractNumId w:val="14"/>
  </w:num>
  <w:num w:numId="12" w16cid:durableId="606236864">
    <w:abstractNumId w:val="10"/>
  </w:num>
  <w:num w:numId="13" w16cid:durableId="2107381022">
    <w:abstractNumId w:val="28"/>
  </w:num>
  <w:num w:numId="14" w16cid:durableId="841747414">
    <w:abstractNumId w:val="9"/>
  </w:num>
  <w:num w:numId="15" w16cid:durableId="511142217">
    <w:abstractNumId w:val="24"/>
  </w:num>
  <w:num w:numId="16" w16cid:durableId="2061977877">
    <w:abstractNumId w:val="34"/>
  </w:num>
  <w:num w:numId="17" w16cid:durableId="1064834479">
    <w:abstractNumId w:val="32"/>
  </w:num>
  <w:num w:numId="18" w16cid:durableId="1095134825">
    <w:abstractNumId w:val="15"/>
  </w:num>
  <w:num w:numId="19" w16cid:durableId="1288466421">
    <w:abstractNumId w:val="13"/>
  </w:num>
  <w:num w:numId="20" w16cid:durableId="1502041283">
    <w:abstractNumId w:val="29"/>
  </w:num>
  <w:num w:numId="21" w16cid:durableId="99882864">
    <w:abstractNumId w:val="36"/>
  </w:num>
  <w:num w:numId="22" w16cid:durableId="1137840892">
    <w:abstractNumId w:val="21"/>
  </w:num>
  <w:num w:numId="23" w16cid:durableId="1818761411">
    <w:abstractNumId w:val="12"/>
  </w:num>
  <w:num w:numId="24" w16cid:durableId="599147184">
    <w:abstractNumId w:val="22"/>
  </w:num>
  <w:num w:numId="25" w16cid:durableId="1927222902">
    <w:abstractNumId w:val="16"/>
  </w:num>
  <w:num w:numId="26" w16cid:durableId="349575216">
    <w:abstractNumId w:val="18"/>
  </w:num>
  <w:num w:numId="27" w16cid:durableId="556283030">
    <w:abstractNumId w:val="19"/>
  </w:num>
  <w:num w:numId="28" w16cid:durableId="65692481">
    <w:abstractNumId w:val="20"/>
  </w:num>
  <w:num w:numId="29" w16cid:durableId="1044136634">
    <w:abstractNumId w:val="25"/>
  </w:num>
  <w:num w:numId="30" w16cid:durableId="1348288842">
    <w:abstractNumId w:val="17"/>
  </w:num>
  <w:num w:numId="31" w16cid:durableId="525558783">
    <w:abstractNumId w:val="11"/>
  </w:num>
  <w:num w:numId="32" w16cid:durableId="1356344064">
    <w:abstractNumId w:val="33"/>
  </w:num>
  <w:num w:numId="33" w16cid:durableId="147282658">
    <w:abstractNumId w:val="23"/>
  </w:num>
  <w:num w:numId="34" w16cid:durableId="675350087">
    <w:abstractNumId w:val="31"/>
  </w:num>
  <w:num w:numId="35" w16cid:durableId="1291280051">
    <w:abstractNumId w:val="35"/>
  </w:num>
  <w:num w:numId="36" w16cid:durableId="1749184551">
    <w:abstractNumId w:val="27"/>
  </w:num>
  <w:num w:numId="37" w16cid:durableId="120660246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1A7A"/>
    <w:rsid w:val="000B2000"/>
    <w:rsid w:val="000C3FE8"/>
    <w:rsid w:val="000F24D6"/>
    <w:rsid w:val="001155C4"/>
    <w:rsid w:val="00141C03"/>
    <w:rsid w:val="0015074B"/>
    <w:rsid w:val="001A2FBA"/>
    <w:rsid w:val="0029639D"/>
    <w:rsid w:val="00326F90"/>
    <w:rsid w:val="00384694"/>
    <w:rsid w:val="003B4504"/>
    <w:rsid w:val="00466778"/>
    <w:rsid w:val="005209DB"/>
    <w:rsid w:val="00531192"/>
    <w:rsid w:val="00567FB8"/>
    <w:rsid w:val="005F2C0F"/>
    <w:rsid w:val="006671D2"/>
    <w:rsid w:val="00682E1B"/>
    <w:rsid w:val="006E7793"/>
    <w:rsid w:val="006F1D2F"/>
    <w:rsid w:val="00730363"/>
    <w:rsid w:val="007C109F"/>
    <w:rsid w:val="007F18E0"/>
    <w:rsid w:val="007F7F7F"/>
    <w:rsid w:val="0086350A"/>
    <w:rsid w:val="009433DC"/>
    <w:rsid w:val="00951033"/>
    <w:rsid w:val="00983235"/>
    <w:rsid w:val="009920EB"/>
    <w:rsid w:val="00A856E4"/>
    <w:rsid w:val="00AA1D8D"/>
    <w:rsid w:val="00AF0566"/>
    <w:rsid w:val="00AF3A59"/>
    <w:rsid w:val="00AF57EC"/>
    <w:rsid w:val="00B47730"/>
    <w:rsid w:val="00C64C93"/>
    <w:rsid w:val="00CA6B80"/>
    <w:rsid w:val="00CB0664"/>
    <w:rsid w:val="00D25C5D"/>
    <w:rsid w:val="00D37928"/>
    <w:rsid w:val="00D6089A"/>
    <w:rsid w:val="00DE2588"/>
    <w:rsid w:val="00E16462"/>
    <w:rsid w:val="00E212B0"/>
    <w:rsid w:val="00E44692"/>
    <w:rsid w:val="00E51AAF"/>
    <w:rsid w:val="00E61260"/>
    <w:rsid w:val="00F67FEA"/>
    <w:rsid w:val="00FC182B"/>
    <w:rsid w:val="00FC4C0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85ACB87"/>
  <w14:defaultImageDpi w14:val="300"/>
  <w15:docId w15:val="{D201ACB4-E90A-4F94-9F19-4DD23DF0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983235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832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legiosansebastian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324</Words>
  <Characters>1782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mauricio lizama</cp:lastModifiedBy>
  <cp:revision>3</cp:revision>
  <cp:lastPrinted>2026-06-15T20:24:00Z</cp:lastPrinted>
  <dcterms:created xsi:type="dcterms:W3CDTF">2026-06-30T19:40:00Z</dcterms:created>
  <dcterms:modified xsi:type="dcterms:W3CDTF">2026-06-30T19:57:00Z</dcterms:modified>
  <cp:category/>
</cp:coreProperties>
</file>